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Curriculum Vitae</w:t>
      </w:r>
    </w:p>
    <w:p>
      <w:pPr>
        <w:pStyle w:val="Heading1"/>
      </w:pPr>
      <w:r>
        <w:t>Personal information</w:t>
      </w:r>
    </w:p>
    <w:p>
      <w:r>
        <w:rPr>
          <w:b/>
          <w:color w:val="555555"/>
          <w:sz w:val="16"/>
        </w:rPr>
        <w:t xml:space="preserve">First name / Surname  </w:t>
      </w:r>
      <w:r>
        <w:t>Vaidas Gaurilcikas</w:t>
      </w:r>
    </w:p>
    <w:p>
      <w:r>
        <w:rPr>
          <w:b/>
          <w:color w:val="555555"/>
          <w:sz w:val="16"/>
        </w:rPr>
        <w:t xml:space="preserve">E-mail  </w:t>
      </w:r>
      <w:r>
        <w:t>gauril@icloud.com</w:t>
      </w:r>
    </w:p>
    <w:p>
      <w:pPr>
        <w:pStyle w:val="Heading1"/>
      </w:pPr>
      <w:r>
        <w:t>About Me</w:t>
      </w:r>
    </w:p>
    <w:p>
      <w:r>
        <w:t xml:space="preserve">I am a web developer, with 17 years of experience with the Magento platform, 20+ years of PHP, HTML and Javascript, focusing on back-end development, performance improvements and core work enabling any e-commerce website to thrive. </w:t>
      </w:r>
    </w:p>
    <w:p>
      <w:r>
        <w:t xml:space="preserve">My career highlights include working at Theo Paphitis Retail Group, Made.com, Selection Corporate Clothing Ltd and UKMeds Direct Limited. </w:t>
      </w:r>
    </w:p>
    <w:p>
      <w:r>
        <w:t>I focus on improving website performance and fixing bugs, while writing clean and optimised code. I always follow best coding practices and foundation principles of software design. I use PHP, Nginx, Apache, MySQL, and Docker as key pillars in every website I build, but my skills are complemented by knowledge of React, Node.js, Next.JS, Knockout.js, Symfony, shell-scripting in Linux and Mac, and am proficient in front-end work with HTML/CSS and Javascript.</w:t>
      </w:r>
    </w:p>
    <w:p>
      <w:pPr>
        <w:pStyle w:val="Heading1"/>
      </w:pPr>
      <w:r>
        <w:t>Experience</w:t>
      </w:r>
    </w:p>
    <w:p>
      <w:pPr>
        <w:pStyle w:val="Heading2"/>
      </w:pPr>
      <w:r>
        <w:t>Senior Magento Developer, Adeoweb; Kaunas — Aug 2026 - present</w:t>
      </w:r>
    </w:p>
    <w:p>
      <w:r>
        <w:t>Working on Magento 2 with Hyva theme. Running Docker locally, full-stack environment on Arch Linux. Nginx, MySQL (MariaDB), phpcs, using fully strict PHP 8.4. GitLab CI/CD pipelines for deployment.</w:t>
      </w:r>
    </w:p>
    <w:p>
      <w:pPr>
        <w:pStyle w:val="Heading3"/>
      </w:pPr>
      <w:r>
        <w:t>August 2025 to December 2025</w:t>
      </w:r>
    </w:p>
    <w:p>
      <w:r>
        <w:rPr>
          <w:b/>
          <w:color w:val="555555"/>
          <w:sz w:val="16"/>
        </w:rPr>
        <w:t xml:space="preserve">Occupation or position held  </w:t>
      </w:r>
      <w:r/>
    </w:p>
    <w:p>
      <w:pPr>
        <w:pStyle w:val="Heading2"/>
      </w:pPr>
      <w:r>
        <w:t>Senior Magento Developer at UK Meds Direct Ltd</w:t>
      </w:r>
    </w:p>
    <w:p>
      <w:pPr>
        <w:keepNext/>
      </w:pPr>
      <w:r>
        <w:rPr>
          <w:b/>
          <w:color w:val="555555"/>
          <w:sz w:val="16"/>
        </w:rPr>
        <w:t xml:space="preserve">Main activities and responsibilities  </w:t>
      </w:r>
      <w:r/>
    </w:p>
    <w:p>
      <w:pPr>
        <w:ind w:left="187" w:hanging="187"/>
      </w:pPr>
      <w:r>
        <w:t>• Creating a bespoke development environment based on Docker, Nginx, PHP-FPM and MariaDB</w:t>
      </w:r>
    </w:p>
    <w:p>
      <w:pPr>
        <w:ind w:left="187" w:hanging="187"/>
      </w:pPr>
      <w:r>
        <w:t>• Working with Next.js and React to implement custom functionality in Next.js dashboard application</w:t>
      </w:r>
    </w:p>
    <w:p>
      <w:pPr>
        <w:ind w:left="187" w:hanging="187"/>
      </w:pPr>
      <w:r>
        <w:t>• Creating a custom Next.JS application to export .CSV file-based sales reports from Magento 2 back-end</w:t>
      </w:r>
    </w:p>
    <w:p>
      <w:pPr>
        <w:ind w:left="187" w:hanging="187"/>
      </w:pPr>
      <w:r>
        <w:t>• Using Amazon Web Services for setting-up an ECR-based container registry, implementing security groups for custom S3 buckets</w:t>
      </w:r>
    </w:p>
    <w:p>
      <w:pPr>
        <w:ind w:left="187" w:hanging="187"/>
      </w:pPr>
      <w:r>
        <w:t>• Setting up local copies of custom Vercel-managed front-ends for development environments</w:t>
      </w:r>
    </w:p>
    <w:p>
      <w:pPr>
        <w:ind w:left="187" w:hanging="187"/>
      </w:pPr>
      <w:r>
        <w:t>• Documenting local environments for use by other developers and the rest of the company</w:t>
      </w:r>
    </w:p>
    <w:p>
      <w:pPr>
        <w:ind w:left="187" w:hanging="187"/>
      </w:pPr>
      <w:r>
        <w:t>• Working with an external digital agency to fix bugs and implement website security improvements</w:t>
      </w:r>
    </w:p>
    <w:p>
      <w:pPr>
        <w:ind w:left="187" w:hanging="187"/>
      </w:pPr>
      <w:r>
        <w:t>• Reviewing AWS policies and infrastructure for future-proofing all company’s websites</w:t>
      </w:r>
    </w:p>
    <w:p>
      <w:r>
        <w:rPr>
          <w:b/>
          <w:color w:val="555555"/>
          <w:sz w:val="16"/>
        </w:rPr>
        <w:t xml:space="preserve">Name and address of employer  </w:t>
      </w:r>
      <w:r>
        <w:t>UK Meds Direct Ltd Unit 3, Castle Bridge Office Village Nottingham, NG7 1TN</w:t>
      </w:r>
    </w:p>
    <w:p>
      <w:r>
        <w:br w:type="page"/>
      </w:r>
    </w:p>
    <w:p>
      <w:pPr>
        <w:pStyle w:val="Heading3"/>
      </w:pPr>
      <w:r>
        <w:t>From April 2025 to June 2025</w:t>
      </w:r>
    </w:p>
    <w:p>
      <w:r>
        <w:rPr>
          <w:b/>
          <w:color w:val="555555"/>
          <w:sz w:val="16"/>
        </w:rPr>
        <w:t xml:space="preserve">Occupation or position held  </w:t>
      </w:r>
      <w:r/>
    </w:p>
    <w:p>
      <w:pPr>
        <w:pStyle w:val="Heading2"/>
      </w:pPr>
      <w:r>
        <w:t>Magento developer at Selection Corporate Clothing Limited</w:t>
      </w:r>
    </w:p>
    <w:p>
      <w:pPr>
        <w:keepNext/>
      </w:pPr>
      <w:r>
        <w:rPr>
          <w:b/>
          <w:color w:val="555555"/>
          <w:sz w:val="16"/>
        </w:rPr>
        <w:t xml:space="preserve">Main activities and responsibilities  </w:t>
      </w:r>
      <w:r/>
    </w:p>
    <w:p>
      <w:pPr>
        <w:ind w:left="187" w:hanging="187"/>
      </w:pPr>
      <w:r>
        <w:t>• Troubleshooting the 3 websites that the business runs and custom Magento extensions that power them</w:t>
      </w:r>
    </w:p>
    <w:p>
      <w:pPr>
        <w:ind w:left="187" w:hanging="187"/>
      </w:pPr>
      <w:r>
        <w:t>• Implementing a custom Docker PHP/Nginx/MySQL development environment for Magento 2</w:t>
      </w:r>
    </w:p>
    <w:p>
      <w:pPr>
        <w:ind w:left="187" w:hanging="187"/>
      </w:pPr>
      <w:r>
        <w:t>• Setting-up a project management and reporting structure on Jira and Confluence</w:t>
      </w:r>
    </w:p>
    <w:p>
      <w:pPr>
        <w:ind w:left="187" w:hanging="187"/>
      </w:pPr>
      <w:r>
        <w:t>• Leading IT team project management meetings</w:t>
      </w:r>
    </w:p>
    <w:p>
      <w:pPr>
        <w:ind w:left="187" w:hanging="187"/>
      </w:pPr>
      <w:r>
        <w:t>• Planning and estimation of work for a Magento 2 website upgrade (Magento 2.4.8)</w:t>
      </w:r>
    </w:p>
    <w:p>
      <w:pPr>
        <w:ind w:left="187" w:hanging="187"/>
      </w:pPr>
      <w:r>
        <w:t>• Planning and estimating PageSpeed improvements and PHP performance enhancements for existing websites</w:t>
      </w:r>
    </w:p>
    <w:p>
      <w:pPr>
        <w:ind w:left="187" w:hanging="187"/>
      </w:pPr>
      <w:r>
        <w:t>• Supporting a junior web developer in his transition to a Magento 2 development role</w:t>
      </w:r>
    </w:p>
    <w:p>
      <w:r>
        <w:rPr>
          <w:b/>
          <w:color w:val="555555"/>
          <w:sz w:val="16"/>
        </w:rPr>
        <w:t xml:space="preserve">Name and address of employer  </w:t>
      </w:r>
      <w:r>
        <w:t>Selection Corporate Clothing Limited Unit 7, Fisher's Industrial Estate, Watford WD18 0FN</w:t>
      </w:r>
    </w:p>
    <w:p>
      <w:pPr>
        <w:pStyle w:val="Heading3"/>
      </w:pPr>
      <w:r>
        <w:t>From April 2019 to October 2024</w:t>
      </w:r>
    </w:p>
    <w:p>
      <w:r>
        <w:rPr>
          <w:b/>
          <w:color w:val="555555"/>
          <w:sz w:val="16"/>
        </w:rPr>
        <w:t xml:space="preserve">Occupation or position held  </w:t>
      </w:r>
      <w:r/>
    </w:p>
    <w:p>
      <w:pPr>
        <w:pStyle w:val="Heading2"/>
      </w:pPr>
      <w:r>
        <w:t>Lead Magento developer</w:t>
      </w:r>
    </w:p>
    <w:p>
      <w:pPr>
        <w:keepNext/>
      </w:pPr>
      <w:r>
        <w:rPr>
          <w:b/>
          <w:color w:val="555555"/>
          <w:sz w:val="16"/>
        </w:rPr>
        <w:t xml:space="preserve">Main activities and responsibilities  </w:t>
      </w:r>
      <w:r/>
    </w:p>
    <w:p>
      <w:pPr>
        <w:ind w:left="187" w:hanging="187"/>
      </w:pPr>
      <w:r>
        <w:t>• Working on a new build of Magento 2 e-commerce website</w:t>
      </w:r>
    </w:p>
    <w:p>
      <w:pPr>
        <w:ind w:left="187" w:hanging="187"/>
      </w:pPr>
      <w:r>
        <w:t>• Creating a custom development environment for Magento 2</w:t>
      </w:r>
    </w:p>
    <w:p>
      <w:pPr>
        <w:ind w:left="187" w:hanging="187"/>
      </w:pPr>
      <w:r>
        <w:t>• Building a bespoke production infastructure for the new website on DigitalOcean</w:t>
      </w:r>
    </w:p>
    <w:p>
      <w:pPr>
        <w:ind w:left="187" w:hanging="187"/>
      </w:pPr>
      <w:r>
        <w:t>• Using Docker, PHP, Symfony, Composer, MySQL, MariaDB, Nginx, Apache, Varnish in custom develoment image builds</w:t>
      </w:r>
    </w:p>
    <w:p>
      <w:pPr>
        <w:ind w:left="187" w:hanging="187"/>
      </w:pPr>
      <w:r>
        <w:t>• Troubleshooting Magento 2 extensions and writing custom code</w:t>
      </w:r>
    </w:p>
    <w:p>
      <w:pPr>
        <w:ind w:left="187" w:hanging="187"/>
      </w:pPr>
      <w:r>
        <w:t>• Implementing automated build and deployment process scripts</w:t>
      </w:r>
    </w:p>
    <w:p>
      <w:r>
        <w:rPr>
          <w:b/>
          <w:color w:val="555555"/>
          <w:sz w:val="16"/>
        </w:rPr>
        <w:t xml:space="preserve">Name and address of employer  </w:t>
      </w:r>
      <w:r>
        <w:t>Moto spektras, UAB P. Lukšio g. 7, Vilnius, Lithuania LT-08221</w:t>
      </w:r>
    </w:p>
    <w:p>
      <w:pPr>
        <w:pStyle w:val="Heading3"/>
      </w:pPr>
      <w:r>
        <w:t>From January 2016 to May 2017</w:t>
      </w:r>
    </w:p>
    <w:p>
      <w:r>
        <w:rPr>
          <w:b/>
          <w:color w:val="555555"/>
          <w:sz w:val="16"/>
        </w:rPr>
        <w:t xml:space="preserve">Occupation or position held  </w:t>
      </w:r>
      <w:r/>
    </w:p>
    <w:p>
      <w:pPr>
        <w:pStyle w:val="Heading2"/>
      </w:pPr>
      <w:r>
        <w:t>Senior Magento developer at Theo Paphitis Retail Group (TPRG)</w:t>
      </w:r>
    </w:p>
    <w:p>
      <w:pPr>
        <w:keepNext/>
      </w:pPr>
      <w:r>
        <w:rPr>
          <w:b/>
          <w:color w:val="555555"/>
          <w:sz w:val="16"/>
        </w:rPr>
        <w:t xml:space="preserve">Main activities and responsibilities  </w:t>
      </w:r>
      <w:r/>
    </w:p>
    <w:p>
      <w:pPr>
        <w:ind w:left="187" w:hanging="187"/>
      </w:pPr>
      <w:r>
        <w:t>• Working on stability, page speed and useability improvements in Magento</w:t>
      </w:r>
    </w:p>
    <w:p>
      <w:pPr>
        <w:ind w:left="187" w:hanging="187"/>
      </w:pPr>
      <w:r>
        <w:t>• Rewriting code to bring it in line with best practises of Magento development</w:t>
      </w:r>
    </w:p>
    <w:p>
      <w:pPr>
        <w:ind w:left="187" w:hanging="187"/>
      </w:pPr>
      <w:r>
        <w:t>• Troubleshooting: MySQL lock-wait timeouts and execution of slow queries, full-page cache, etc</w:t>
      </w:r>
    </w:p>
    <w:p>
      <w:pPr>
        <w:ind w:left="187" w:hanging="187"/>
      </w:pPr>
      <w:r>
        <w:t>• Debugging PHP code in PhpStorm using Xdebug</w:t>
      </w:r>
    </w:p>
    <w:p>
      <w:pPr>
        <w:ind w:left="187" w:hanging="187"/>
      </w:pPr>
      <w:r>
        <w:t>• Working on custom development environment based on Docker containers</w:t>
      </w:r>
    </w:p>
    <w:p>
      <w:pPr>
        <w:ind w:left="187" w:hanging="187"/>
      </w:pPr>
      <w:r>
        <w:t>• Front-end development using React and KnockoutJS</w:t>
      </w:r>
    </w:p>
    <w:p>
      <w:pPr>
        <w:ind w:left="187" w:hanging="187"/>
      </w:pPr>
      <w:r>
        <w:t>• Building a bespoke checkout module with a custom UI/UX flow</w:t>
      </w:r>
    </w:p>
    <w:p>
      <w:pPr>
        <w:ind w:left="187" w:hanging="187"/>
      </w:pPr>
      <w:r>
        <w:t>• Implementing an AJAX minibasket with KnockoutJS and React</w:t>
      </w:r>
    </w:p>
    <w:p>
      <w:r>
        <w:rPr>
          <w:b/>
          <w:color w:val="555555"/>
          <w:sz w:val="16"/>
        </w:rPr>
        <w:t xml:space="preserve">Name and address of employer  </w:t>
      </w:r>
      <w:r>
        <w:t>Theo Paphitis Retail Group 1 St George's Rd, Wimbledon, London SW19 4DR</w:t>
      </w:r>
    </w:p>
    <w:p>
      <w:r>
        <w:br w:type="page"/>
      </w:r>
    </w:p>
    <w:p>
      <w:pPr>
        <w:pStyle w:val="Heading3"/>
      </w:pPr>
      <w:r>
        <w:t>From April 2015 to December 2015</w:t>
      </w:r>
    </w:p>
    <w:p>
      <w:r>
        <w:rPr>
          <w:b/>
          <w:color w:val="555555"/>
          <w:sz w:val="16"/>
        </w:rPr>
        <w:t xml:space="preserve">Occupation or position held  </w:t>
      </w:r>
      <w:r/>
    </w:p>
    <w:p>
      <w:pPr>
        <w:pStyle w:val="Heading2"/>
      </w:pPr>
      <w:r>
        <w:t>Senior Magento developer at allbeauty.com</w:t>
      </w:r>
    </w:p>
    <w:p>
      <w:r>
        <w:rPr>
          <w:b/>
          <w:color w:val="555555"/>
          <w:sz w:val="16"/>
        </w:rPr>
        <w:t xml:space="preserve">Main activities and responsibilities  </w:t>
      </w:r>
      <w:r>
        <w:t>Back-end development of a new e-commerce website build based on Magento Enterprise Edition. Working in an Agile team under Scrum methodology. Implemented a bespoke checkout module, various customisations across the platform as well as third party integrations with the ERP system and marketing services providers.</w:t>
      </w:r>
    </w:p>
    <w:p>
      <w:pPr>
        <w:pStyle w:val="Heading3"/>
      </w:pPr>
      <w:r>
        <w:t>From October 2013 to August 2014</w:t>
      </w:r>
    </w:p>
    <w:p>
      <w:r>
        <w:rPr>
          <w:b/>
          <w:color w:val="555555"/>
          <w:sz w:val="16"/>
        </w:rPr>
        <w:t xml:space="preserve">Occupation or position held  </w:t>
      </w:r>
      <w:r/>
    </w:p>
    <w:p>
      <w:pPr>
        <w:pStyle w:val="Heading2"/>
      </w:pPr>
      <w:r>
        <w:t>Senior Magento developer at alexandalexa.com</w:t>
      </w:r>
    </w:p>
    <w:p>
      <w:r>
        <w:rPr>
          <w:b/>
          <w:color w:val="555555"/>
          <w:sz w:val="16"/>
        </w:rPr>
        <w:t xml:space="preserve">Main activities and responsibilities  </w:t>
      </w:r>
      <w:r>
        <w:t>Preparation of Alexandalexa.com website for high loads during the Christmas sale: implementation of smart Full Page Cache management, optimisation of Memcache usage in load balanced application server infrastructure minimising page load times by profiling and refactoring, Improving the Magento indexer to avoid MySQL table locks during periods of high transactional activity, Debugging and resolution of payment gateway related order failures, Test driven development of new back-end features and improvement of existing codebase for multi-language and multi-currency Magento website, Development of unified local development environments with Nginx, php-fpm and MySQL using Vagrant and Puppet</w:t>
      </w:r>
    </w:p>
    <w:p>
      <w:r>
        <w:rPr>
          <w:b/>
          <w:color w:val="555555"/>
          <w:sz w:val="16"/>
        </w:rPr>
        <w:t xml:space="preserve">Name and address of employer  </w:t>
      </w:r>
      <w:r>
        <w:t>Alexandalexa.com 100 Clements Road, SE16 4DU, London</w:t>
      </w:r>
    </w:p>
    <w:p>
      <w:pPr>
        <w:pStyle w:val="Heading3"/>
      </w:pPr>
      <w:r>
        <w:t>From July 2013 to October 2013</w:t>
      </w:r>
    </w:p>
    <w:p>
      <w:r>
        <w:rPr>
          <w:b/>
          <w:color w:val="555555"/>
          <w:sz w:val="16"/>
        </w:rPr>
        <w:t xml:space="preserve">Occupation or position held  </w:t>
      </w:r>
      <w:r/>
    </w:p>
    <w:p>
      <w:pPr>
        <w:pStyle w:val="Heading2"/>
      </w:pPr>
      <w:r>
        <w:t>Magento contract developer at Made.com</w:t>
      </w:r>
    </w:p>
    <w:p>
      <w:r>
        <w:rPr>
          <w:b/>
          <w:color w:val="555555"/>
          <w:sz w:val="16"/>
        </w:rPr>
        <w:t xml:space="preserve">Main activities and responsibilities  </w:t>
      </w:r>
      <w:r>
        <w:t>Back end development for http://www.made.com website: implementation of custom tax functionality, Magento tax module fixes and customisation, ERP integration enhancements and custom stock management implementation, new country website roll-out, extension and bug fixing of the core Magento functionality.</w:t>
      </w:r>
    </w:p>
    <w:p>
      <w:r>
        <w:rPr>
          <w:b/>
          <w:color w:val="555555"/>
          <w:sz w:val="16"/>
        </w:rPr>
        <w:t xml:space="preserve">Name and address of employer  </w:t>
      </w:r>
      <w:r>
        <w:t>Made.com 45 Notting Hill Gate, NW11 3LQ, London</w:t>
      </w:r>
    </w:p>
    <w:p>
      <w:pPr>
        <w:pStyle w:val="Heading3"/>
      </w:pPr>
      <w:r>
        <w:t>From September 2012 to January 2013</w:t>
      </w:r>
    </w:p>
    <w:p>
      <w:r>
        <w:rPr>
          <w:b/>
          <w:color w:val="555555"/>
          <w:sz w:val="16"/>
        </w:rPr>
        <w:t xml:space="preserve">Occupation or position held  </w:t>
      </w:r>
      <w:r/>
    </w:p>
    <w:p>
      <w:pPr>
        <w:pStyle w:val="Heading2"/>
      </w:pPr>
      <w:r>
        <w:t>Magento contract developer at Spring Studios</w:t>
      </w:r>
    </w:p>
    <w:p>
      <w:r>
        <w:rPr>
          <w:b/>
          <w:color w:val="555555"/>
          <w:sz w:val="16"/>
        </w:rPr>
        <w:t xml:space="preserve">Main activities and responsibilities  </w:t>
      </w:r>
      <w:r>
        <w:t>Custom build of http://www.huntergather.com/ online fashion shop: custom Magento module development, custom CMS system creation for editorial content, photo and video assets, front and back-end functionality customization, extension of core Magento functionality, admin area customization, integration with 3rd party e-mail marketing providers and services, development of automatic products image import module.</w:t>
      </w:r>
    </w:p>
    <w:p>
      <w:r>
        <w:rPr>
          <w:b/>
          <w:color w:val="555555"/>
          <w:sz w:val="16"/>
        </w:rPr>
        <w:t xml:space="preserve">Name and address of employer  </w:t>
      </w:r>
      <w:r>
        <w:t>Spring Studios 10 Spring Place, NW5 3BH, London</w:t>
      </w:r>
    </w:p>
    <w:p>
      <w:r>
        <w:br w:type="page"/>
      </w:r>
    </w:p>
    <w:p>
      <w:pPr>
        <w:pStyle w:val="Heading3"/>
      </w:pPr>
      <w:r>
        <w:t>From November 2011 to August 2012</w:t>
      </w:r>
    </w:p>
    <w:p>
      <w:r>
        <w:rPr>
          <w:b/>
          <w:color w:val="555555"/>
          <w:sz w:val="16"/>
        </w:rPr>
        <w:t xml:space="preserve">Occupation or position held  </w:t>
      </w:r>
      <w:r/>
    </w:p>
    <w:p>
      <w:pPr>
        <w:pStyle w:val="Heading2"/>
      </w:pPr>
      <w:r>
        <w:t>Senior PHP Developer</w:t>
      </w:r>
    </w:p>
    <w:p>
      <w:r>
        <w:rPr>
          <w:b/>
          <w:color w:val="555555"/>
          <w:sz w:val="16"/>
        </w:rPr>
        <w:t xml:space="preserve">Main activities and responsibilities  </w:t>
      </w:r>
      <w:r>
        <w:t>Development of Stylistpick.com internet shop using Magento framework: custom module development, roll-out of international websites, integration with 3rd party services, development of custom product import/export functionality, overall Magento front-end and core functionality customization.</w:t>
      </w:r>
    </w:p>
    <w:p>
      <w:r>
        <w:rPr>
          <w:b/>
          <w:color w:val="555555"/>
          <w:sz w:val="16"/>
        </w:rPr>
        <w:t xml:space="preserve">Name and address of employer  </w:t>
      </w:r>
      <w:r>
        <w:t>Stylefantasia Ltd. 144a Clerkenwell Road, London, EC1R 5DF, London Website: http://www.stylistpick.com</w:t>
      </w:r>
    </w:p>
    <w:p>
      <w:pPr>
        <w:pStyle w:val="Heading3"/>
      </w:pPr>
      <w:r>
        <w:t>From April 2008 to 2011</w:t>
      </w:r>
    </w:p>
    <w:p>
      <w:r>
        <w:rPr>
          <w:b/>
          <w:color w:val="555555"/>
          <w:sz w:val="16"/>
        </w:rPr>
        <w:t xml:space="preserve">Occupation or position held  </w:t>
      </w:r>
      <w:r/>
    </w:p>
    <w:p>
      <w:pPr>
        <w:pStyle w:val="Heading2"/>
      </w:pPr>
      <w:r>
        <w:t>Founder, OsCommerce and Magento developer</w:t>
      </w:r>
    </w:p>
    <w:p>
      <w:r>
        <w:rPr>
          <w:b/>
          <w:color w:val="555555"/>
          <w:sz w:val="16"/>
        </w:rPr>
        <w:t xml:space="preserve">Main activities  </w:t>
      </w:r>
      <w:r>
        <w:t>Founding and running the business, creation and maintenance of osCommerce and Magento websites</w:t>
      </w:r>
    </w:p>
    <w:p>
      <w:r>
        <w:rPr>
          <w:b/>
          <w:color w:val="555555"/>
          <w:sz w:val="16"/>
        </w:rPr>
        <w:t xml:space="preserve">Name and address  </w:t>
      </w:r>
      <w:r>
        <w:t>Moto spektras, UAB Verkiu 34C, Vilnius, LT-08221 Lithuania Website: http://www.bikeshop.lt</w:t>
      </w:r>
    </w:p>
    <w:p>
      <w:r>
        <w:rPr>
          <w:b/>
          <w:color w:val="555555"/>
          <w:sz w:val="16"/>
        </w:rPr>
        <w:t xml:space="preserve">Type of business or sector  </w:t>
      </w:r>
      <w:r>
        <w:t>Motorcycle performance parts and sporting goods</w:t>
      </w:r>
    </w:p>
    <w:p>
      <w:pPr>
        <w:pStyle w:val="Heading3"/>
      </w:pPr>
      <w:r>
        <w:t>December 2004 To December 2008</w:t>
      </w:r>
    </w:p>
    <w:p>
      <w:r>
        <w:rPr>
          <w:b/>
          <w:color w:val="555555"/>
          <w:sz w:val="16"/>
        </w:rPr>
        <w:t xml:space="preserve">Occupation or position held  </w:t>
      </w:r>
      <w:r/>
    </w:p>
    <w:p>
      <w:pPr>
        <w:pStyle w:val="Heading2"/>
      </w:pPr>
      <w:r>
        <w:t>Head of TCM Product Development</w:t>
      </w:r>
    </w:p>
    <w:p>
      <w:r>
        <w:rPr>
          <w:b/>
          <w:color w:val="555555"/>
          <w:sz w:val="16"/>
        </w:rPr>
        <w:t xml:space="preserve">Main activities and responsibilities  </w:t>
      </w:r>
      <w:r>
        <w:t>System ownership and development of treasury risk management system, development of financial instruments processing, lead of project managers and developers in banking system’s projects</w:t>
      </w:r>
    </w:p>
    <w:p>
      <w:r>
        <w:rPr>
          <w:b/>
          <w:color w:val="555555"/>
          <w:sz w:val="16"/>
        </w:rPr>
        <w:t xml:space="preserve">Name and address of employer  </w:t>
      </w:r>
      <w:r>
        <w:t>SEB Bankas Gedimino pr. 12, LT-01103 Vilnius, Lithuania</w:t>
      </w:r>
    </w:p>
    <w:p>
      <w:pPr>
        <w:pStyle w:val="Heading1"/>
      </w:pPr>
      <w:r>
        <w:t>Education</w:t>
      </w:r>
    </w:p>
    <w:p>
      <w:pPr>
        <w:pStyle w:val="Heading2"/>
      </w:pPr>
      <w:r>
        <w:t>2000 - 2004</w:t>
      </w:r>
    </w:p>
    <w:p>
      <w:r>
        <w:rPr>
          <w:b/>
          <w:color w:val="555555"/>
          <w:sz w:val="16"/>
        </w:rPr>
        <w:t xml:space="preserve">Title of qualification awarded  </w:t>
      </w:r>
      <w:r>
        <w:t>Bachelor's degree in IT engineering</w:t>
      </w:r>
    </w:p>
    <w:p>
      <w:r>
        <w:rPr>
          <w:b/>
          <w:color w:val="555555"/>
          <w:sz w:val="16"/>
        </w:rPr>
        <w:t xml:space="preserve">Principal subjects/ occupational skills covered  </w:t>
      </w:r>
      <w:r>
        <w:t>Information technologies, World Wide Web, IT networking technologies, software development, application of IT technologies in engineering research and development</w:t>
      </w:r>
    </w:p>
    <w:p>
      <w:r>
        <w:rPr>
          <w:b/>
          <w:color w:val="555555"/>
          <w:sz w:val="16"/>
        </w:rPr>
        <w:t xml:space="preserve">Name and type of organisation providing education and training  </w:t>
      </w:r>
      <w:r>
        <w:t>Vilnius Gediminas Technical University, Faculty of Fundamental Sciences, Sauletekio al. 1 Vilnius, Lithuania | Website: http:/www.vgtu.lt/</w:t>
      </w:r>
    </w:p>
    <w:p>
      <w:pPr>
        <w:pStyle w:val="Heading1"/>
      </w:pPr>
      <w:r>
        <w:t>Skills and languages</w:t>
      </w:r>
    </w:p>
    <w:p>
      <w:r>
        <w:rPr>
          <w:b/>
          <w:color w:val="555555"/>
          <w:sz w:val="16"/>
        </w:rPr>
        <w:t xml:space="preserve">Mother tongue  </w:t>
      </w:r>
      <w:r>
        <w:t>Lithuanian</w:t>
      </w:r>
    </w:p>
    <w:p>
      <w:pPr>
        <w:pStyle w:val="Heading3"/>
      </w:pPr>
      <w:r>
        <w:t>Other languages</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98"/>
        <w:gridCol w:w="3298"/>
        <w:gridCol w:w="3298"/>
      </w:tblGrid>
      <w:tr>
        <w:tc>
          <w:tcPr>
            <w:tcW w:type="dxa" w:w="3298"/>
            <w:shd w:fill="EDEDED"/>
          </w:tcPr>
          <w:p>
            <w:r/>
          </w:p>
        </w:tc>
        <w:tc>
          <w:tcPr>
            <w:tcW w:type="dxa" w:w="3298"/>
            <w:shd w:fill="EDEDED"/>
          </w:tcPr>
          <w:p>
            <w:r>
              <w:t>Speaking</w:t>
            </w:r>
          </w:p>
        </w:tc>
        <w:tc>
          <w:tcPr>
            <w:tcW w:type="dxa" w:w="3298"/>
            <w:shd w:fill="EDEDED"/>
          </w:tcPr>
          <w:p>
            <w:r>
              <w:t>Writing</w:t>
            </w:r>
          </w:p>
        </w:tc>
      </w:tr>
      <w:tr>
        <w:tc>
          <w:tcPr>
            <w:tcW w:type="dxa" w:w="3298"/>
          </w:tcPr>
          <w:p>
            <w:r>
              <w:t>English</w:t>
            </w:r>
          </w:p>
        </w:tc>
        <w:tc>
          <w:tcPr>
            <w:tcW w:type="dxa" w:w="3298"/>
          </w:tcPr>
          <w:p>
            <w:r>
              <w:t>Fluent</w:t>
            </w:r>
          </w:p>
        </w:tc>
        <w:tc>
          <w:tcPr>
            <w:tcW w:type="dxa" w:w="3298"/>
          </w:tcPr>
          <w:p>
            <w:r>
              <w:t>Fluent</w:t>
            </w:r>
          </w:p>
        </w:tc>
      </w:tr>
      <w:tr>
        <w:tc>
          <w:tcPr>
            <w:tcW w:type="dxa" w:w="3298"/>
          </w:tcPr>
          <w:p>
            <w:r>
              <w:t>Russian</w:t>
            </w:r>
          </w:p>
        </w:tc>
        <w:tc>
          <w:tcPr>
            <w:tcW w:type="dxa" w:w="3298"/>
          </w:tcPr>
          <w:p>
            <w:r>
              <w:t>Fluent</w:t>
            </w:r>
          </w:p>
        </w:tc>
        <w:tc>
          <w:tcPr>
            <w:tcW w:type="dxa" w:w="3298"/>
          </w:tcPr>
          <w:p>
            <w:r>
              <w:t>Fluent</w:t>
            </w:r>
          </w:p>
        </w:tc>
      </w:tr>
    </w:tbl>
    <w:p>
      <w:pPr>
        <w:pStyle w:val="Heading3"/>
      </w:pPr>
      <w:r>
        <w:t>Development skills and technologies</w:t>
      </w:r>
    </w:p>
    <w:p>
      <w:r>
        <w:t>-Extensive knowledge of Magento and Magento 2 e-Commerce frameworks (Magento 1 Certified developer)</w:t>
      </w:r>
    </w:p>
    <w:p>
      <w:r>
        <w:t>-PHP, Javascript, React, Node.js, Next.JS, Knockout.js, jQuery, Prototype, HTML/CSS, C/C++/Objective C, Swift, Docker and Amazon Web Services</w:t>
      </w:r>
    </w:p>
    <w:p>
      <w:r>
        <w:t>-Nginx, Apache, Varnish, MySQL, Git and SVN version control systems, Docker, Vagrant, Puppet, Hiera, NewRelic</w:t>
      </w:r>
    </w:p>
    <w:p>
      <w:r>
        <w:t>-Web, Mobile and Desktop Application Development</w:t>
      </w:r>
    </w:p>
    <w:p>
      <w:r>
        <w:t>-Project Management</w:t>
      </w:r>
    </w:p>
    <w:p>
      <w:r>
        <w:t>-Experience in System Ownership, Support and Development, Product Development, System Deployment</w:t>
      </w:r>
    </w:p>
    <w:sectPr w:rsidR="00FC693F" w:rsidRPr="0006063C" w:rsidSect="00034616">
      <w:footerReference w:type="default" r:id="rId9"/>
      <w:pgSz w:w="11909" w:h="16834"/>
      <w:pgMar w:top="864"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5" w:lineRule="auto"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60"/>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Vaidas Gaurilcikas</dc:creator>
  <cp:keywords/>
  <dc:description/>
  <cp:lastModifiedBy/>
  <cp:revision>1</cp:revision>
  <dcterms:created xsi:type="dcterms:W3CDTF">2013-12-23T23:15:00Z</dcterms:created>
  <dcterms:modified xsi:type="dcterms:W3CDTF">2013-12-23T23:15:00Z</dcterms:modified>
  <cp:category/>
</cp:coreProperties>
</file>